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משפטים עם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אירועים בסופת 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גֶּשֶׁם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עֲנָנִים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בָּרָק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מְעִיל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שְׁלוּלִית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בחורף יש הרבה עננים וגשם, ופחות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קודם רואים אור ואחר כך שומעים 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המים נאספים על הקרקע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בקיץ חם, לובשים בגדים קלים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ברק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(בגד חם ללבישה בקור)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(מים שנשארים על הקרקע אחרי 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(גושים לבנים או אפורים בשמיים)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(אור חזק בשמיים)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(קול חזק בשמיים)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הסופה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השמיים מתכסים בעננים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רואים ברק בשמיים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שומעים 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יורד גשם ונוצרת שלולית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על החורף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שני משפטים ברורים הכוללים את שתי המילים הנדרשות בהקשר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ברק נראה לפני ששומעים רעם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שלולית נוצרת אחרי שיורד גשם והמים נשארים על הקרקע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המילים בקול ולבקש מהתלמידים לחזור עליהן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להסתפק בחלק המילוי וההתאמה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תמונות של עננים, ברק וגשם כדי לחזק את ההבנה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בחורף קר. יורד גשם. יש עננים בשמיים. נלמד מילים חדשות על החורף.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חֹרֶף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העונה הקרה בשנה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גֶּשֶׁם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שיורדים מהשמיים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עָנָן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גוש לבן או אפור בשמיים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בָּרָק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 חזק שרואים בשמיים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רַעַם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 חזק ששומעים בשמיים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שְׁלוּלִית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שנאספים על הקרקע אחרי 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מְעִיל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בגד חם שלובשים בקור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יורד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גֶּשֶׁם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קַיִץ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שֶׁמֶשׁ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מְעִיל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רואים בשמיים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בָּרָק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עֲנָנִים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רַעַם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שְׁלוּלִית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רואים לפני הרעם?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בָּרָק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גֶּשֶׁם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מְעִיל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קַיִץ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תמר לובשת בקור?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שְׁלוּלִית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מְעִיל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שֶׁמֶשׁ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רַעַם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לאן תמר קופצת אחרי הגשם?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עֲנָנִים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בָּרָק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שְׁלוּלִית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קַיִץ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השמש תמיד חזקה וחמה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ברק הוא אור חזק שרואים בשמיים לפני הרעם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שלוליות נוצרות אחרי שיורד 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בקיץ לובשים מעיל חם כי קר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בחורף יורד __________ מהשמיים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השמיים מתכסים ב__________ אפורים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תמר לובשת __________ כדי להתחמם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הרעם רואים __________ בשמיים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קול חזק בשמיים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שלולית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בגד חם ללבישה בקור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עננים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גושים לבנים או אפורים בשמיים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אור חזק בשמיים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מים שנשארים על הקרקע אחרי 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הסופה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 גשם ונוצרת שלולית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שומעים רעם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השמיים מתכסים בעננים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רואים ברק בשמיים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על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משפטים קצרים על החורף, השתמשו במילים: גשם, מעיל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יורד בחורף מהשמיים?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רואים קודם, ברק או רעם?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נוצרת שלולית?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החורף – עונה קרה ומיוחדת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